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 w:val="0"/>
          <w:color w:val="08427E"/>
          <w:highlight w:val="yellow"/>
          <w:u w:val="none"/>
        </w:rPr>
        <w:t>Meno, adresa, email, mobilný kontakt Spoluvlastníka</w:t>
      </w:r>
      <w:r>
        <w:br/>
      </w:r>
    </w:p>
    <w:p>
      <w:r>
        <w:rPr>
          <w:b/>
          <w:u w:val="none"/>
        </w:rPr>
        <w:t xml:space="preserve">VEC : </w:t>
      </w:r>
      <w:r>
        <w:rPr>
          <w:b w:val="0"/>
          <w:u w:val="none"/>
        </w:rPr>
        <w:t>Vzdanie sa predkupného práva</w:t>
      </w:r>
    </w:p>
    <w:p>
      <w:r>
        <w:rPr>
          <w:b w:val="0"/>
          <w:u w:val="none"/>
        </w:rPr>
        <w:t xml:space="preserve">Vážený spoluvlastník, </w:t>
      </w:r>
    </w:p>
    <w:p>
      <w:r>
        <w:rPr>
          <w:b w:val="0"/>
          <w:u w:val="none"/>
        </w:rPr>
        <w:t>týmto reagujem na Vašu ponuku ohľadne využitia predkupného práva, ktoré sa má týkať týchto pozemkov:</w:t>
      </w:r>
    </w:p>
    <w:p>
      <w:r>
        <w:rPr>
          <w:b w:val="0"/>
          <w:color w:val="08427E"/>
          <w:highlight w:val="yellow"/>
          <w:u w:val="none"/>
        </w:rPr>
        <w:t>pozemok, nachádzajúci sa v kat. území XY, obec XY, okres XY, zapísaného Okresným úradom XY, katastrálnym odborom a to, parcela č. C/E-KN 555, orná pôda vo výmere XY m2</w:t>
      </w:r>
    </w:p>
    <w:p>
      <w:r>
        <w:rPr>
          <w:b w:val="0"/>
          <w:u w:val="none"/>
        </w:rPr>
        <w:t>Svoj spoluvlastnícky podiel k pozemku si chcem ponechať naďalej a v súčasnosti nemám záujem na odkúpení zvyšných častí pozemkov, ktorý ste mi ponúkli v rámci predkupného práva. Predkupné právo na prevádzanú časť pozemku teda nevyužijem, a preto svoje spoluvlastnícke podiely, ktoré sú predmetom predkupné práva môžete voľne predať tretej osobe aj pred uplynutím zákonnej lehoty 2 mesiacov.</w:t>
      </w:r>
    </w:p>
    <w:p>
      <w:r>
        <w:rPr>
          <w:b w:val="0"/>
          <w:u w:val="none"/>
        </w:rPr>
        <w:t>Ďakujem.</w:t>
      </w:r>
    </w:p>
    <w:p>
      <w:r>
        <w:rPr>
          <w:b w:val="0"/>
          <w:u w:val="none"/>
        </w:rPr>
        <w:t xml:space="preserve">V </w:t>
      </w:r>
      <w:r>
        <w:rPr>
          <w:b w:val="0"/>
          <w:color w:val="08427E"/>
          <w:highlight w:val="yellow"/>
          <w:u w:val="none"/>
        </w:rPr>
        <w:t>Košiciach dňa 1.1.2024</w:t>
      </w:r>
    </w:p>
    <w:p>
      <w:r>
        <w:rPr>
          <w:b w:val="0"/>
          <w:u w:val="none"/>
        </w:rPr>
        <w:t>Podpis spoluvlastníka: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