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 w:val="0"/>
          <w:color w:val="08427E"/>
          <w:highlight w:val="yellow"/>
          <w:u w:val="none"/>
        </w:rPr>
        <w:t>Meno, adresa, email, mobilný kontakt žiadateľa</w:t>
      </w:r>
    </w:p>
    <w:p>
      <w:pPr>
        <w:jc w:val="right"/>
      </w:pPr>
      <w:r>
        <w:rPr>
          <w:b w:val="0"/>
          <w:color w:val="08427E"/>
          <w:highlight w:val="yellow"/>
          <w:u w:val="none"/>
        </w:rPr>
        <w:t>Mestský/obecný úrad/matrika</w:t>
      </w:r>
      <w:r>
        <w:br/>
      </w:r>
      <w:r>
        <w:rPr>
          <w:b w:val="0"/>
          <w:color w:val="08427E"/>
          <w:highlight w:val="yellow"/>
          <w:u w:val="none"/>
        </w:rPr>
        <w:t>Ulica</w:t>
      </w:r>
      <w:r>
        <w:br/>
      </w:r>
      <w:r>
        <w:rPr>
          <w:b w:val="0"/>
          <w:color w:val="08427E"/>
          <w:highlight w:val="yellow"/>
          <w:u w:val="none"/>
        </w:rPr>
        <w:t>PSČ Obec</w:t>
      </w:r>
    </w:p>
    <w:p>
      <w:r>
        <w:rPr>
          <w:b/>
          <w:u w:val="none"/>
        </w:rPr>
        <w:t>Vec: Žiadosť o poskytnutie informácie o záznamoch o príbuzných</w:t>
      </w:r>
    </w:p>
    <w:p>
      <w:r>
        <w:rPr>
          <w:b w:val="0"/>
          <w:u w:val="none"/>
        </w:rPr>
        <w:t xml:space="preserve">Žiadam Vás o poskytnutie informácie, či evidujete v mestskej evidencii obyvateľstva záznamy o mojom predkovi, </w:t>
      </w:r>
      <w:r>
        <w:rPr>
          <w:b w:val="0"/>
          <w:color w:val="08427E"/>
          <w:highlight w:val="yellow"/>
          <w:u w:val="none"/>
        </w:rPr>
        <w:t>Jozefovi Mrkvičkovi, nar. Xx.xx.xxxx, ktorý zomrel dňa xx.xx.xxxx</w:t>
      </w:r>
    </w:p>
    <w:p>
      <w:r>
        <w:rPr>
          <w:b w:val="0"/>
          <w:u w:val="none"/>
        </w:rPr>
        <w:t xml:space="preserve">V </w:t>
      </w:r>
      <w:r>
        <w:rPr>
          <w:b w:val="0"/>
          <w:color w:val="08427E"/>
          <w:highlight w:val="yellow"/>
          <w:u w:val="none"/>
        </w:rPr>
        <w:t>Košiciach dňa 1.1.2024</w:t>
      </w:r>
    </w:p>
    <w:p>
      <w:r>
        <w:rPr>
          <w:b w:val="0"/>
          <w:u w:val="none"/>
        </w:rPr>
        <w:t>Podpis žiadateľa: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